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Auftragsbestätigung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Bestätigungsnummer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der Bestätigung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Referenz zur Bestellung oder zum Angebot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Kundendaten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Beschreibung der bestellten Leistung oder Ware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Preis je Position und Gesamtpreis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Liefer- oder Ausführungstermin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Zahlungsbedingungen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Hinweis zur Auftragsannahme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