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Bewerbungsanschreiben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Absenderangaben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Empfängeradresse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Datum und Ort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Betreffzeile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Anrede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Einleitung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Hauptteil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Schlussteil und Grußformel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