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Geburtstagswünsche Karte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Anlass/Beziehung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Kindergeburtstag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18. Geburtstag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30. Geburtstag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50. Geburtstag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70. Geburtstag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Kolleginnen und Kollegen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Familie (z. B. Eltern, Großeltern)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Enge Freundinnen und Freunde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