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Lieferschein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Lieferscheinnummer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Datum der Lieferung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Absenderdaten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Empfängerdaten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Referenz zur Bestellung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Artikelbezeichnung und Artikelnummer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Menge je 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Verpackungsangaben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Lieferbedingungen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Unterschriftsfeld / Empfangsbestätigung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