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Mahnung Vorlage</w:t>
      </w:r>
    </w:p>
    <w:p>
      <w:r>
        <w:rPr>
          <w:i/>
        </w:rPr>
        <w:t>Erstellt mit Vorlagemeister — vorlagemeister.de</w:t>
      </w:r>
    </w:p>
    <w:p/>
    <w:p>
      <w:pPr>
        <w:pStyle w:val="Heading1"/>
      </w:pPr>
      <w:r>
        <w:t>Angaben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Mahnstufe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Datum der Mahnung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Empfängerdaten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Rechnungsnummer und Rechnungsdatum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Ursprüngliche Fälligkeit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Offener Betrag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Neue, letzte Zahlungsfrist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Hinweis auf mögliche Folgen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Bankverbindung / Zahlungsdaten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t>Hinweis: Diese Vorlage dient der allgemeinen Orientierung und ersetzt keine individuelle Rechts- oder Steuerberatung.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