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left"/>
      </w:pPr>
      <w:r>
        <w:t>Nebenkostenabrechnung Vorlage</w:t>
      </w:r>
    </w:p>
    <w:p>
      <w:r>
        <w:rPr>
          <w:i/>
        </w:rPr>
        <w:t>Erstellt mit Vorlagemeister — vorlagemeister.de</w:t>
      </w:r>
    </w:p>
    <w:p/>
    <w:p>
      <w:pPr>
        <w:pStyle w:val="Heading1"/>
      </w:pPr>
      <w:r>
        <w:t>Angaben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Abrechnungszeitraum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Angaben zu Vermieter und Mieter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Auflistung der Kostenarten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Gesamtkosten je Position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Verteilerschlüssel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Anteil der jeweiligen Wohneinheit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Geleistete Vorauszahlungen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Saldo (Nachzahlung oder Guthaben)</w:t>
            </w:r>
          </w:p>
        </w:tc>
        <w:tc>
          <w:tcPr>
            <w:tcW w:type="dxa" w:w="4320"/>
          </w:tcPr>
          <w:p>
            <w:r/>
          </w:p>
        </w:tc>
      </w:tr>
    </w:tbl>
    <w:p/>
    <w:p>
      <w:r>
        <w:t>Hinweis: Diese Vorlage dient der allgemeinen Orientierung und ersetzt keine individuelle Rechts- oder Steuerberatung.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