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Rechnungsvorlage für Kleinunternehmer</w:t>
      </w:r>
    </w:p>
    <w:p>
      <w:r>
        <w:rPr>
          <w:i/>
        </w:rPr>
        <w:t>Erstellt mit Vorlagemeister — vorlagemeister.de</w:t>
      </w:r>
    </w:p>
    <w:p/>
    <w:p>
      <w:pPr>
        <w:pStyle w:val="Heading1"/>
      </w:pPr>
      <w:r>
        <w:t>Angaben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 und Anschrift des Ausstellers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Name und Anschrift des Kunden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Steuernummer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Rechnungsnummer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Rechnungsdatum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Leistungsdatum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Leistungsbeschreibung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Rechnungsbetrag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Hinweis zur Kleinunternehmerregelung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Zahlungsziel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t>Hinweis: Diese Vorlage dient der allgemeinen Orientierung und ersetzt keine individuelle Rechts- oder Steuerberatung.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