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Rechnung Vorlage für Dienstleistungen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 und Anschrift des Ausstellers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Name und Anschrift des Kunden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Steuernummer / USt-IdNr.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Rechnungsnummer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Rechnungsdatum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Leistungszeitraum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Leistungsbeschreibung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Stundensatz oder Pauschale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Nettobetrag, Steuersatz, Bruttobetrag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Zahlungsziel und Bankverbindung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