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Widerrufsschreiben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Anschrift des Verbrauchers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Anbieters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Bestell- bzw. Vertragsdaten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Bestell- und Lieferdatum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Bezeichnung der Ware oder Leistung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Erklärung des Widerrufs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Bankverbindung für die Rückerstattung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Ort, Datum und 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