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Wohnungsübergabeprotokoll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Datum und Uhrzeit der Übergabe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Anschrift und Lage der Wohnung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Namen aller Beteiligten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Zählerstände Strom, Gas, Wasser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Zustand der Räume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Vorhandene Mängel und Schäden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Schlüsselanzahl und -art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Sonstige Vereinbarungen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Unterschriften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